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– בין מולדות ובין דורות (סרוויס צ'כי)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חפץ יכול לסמל זהות ומתח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דמות האב כדמות עגולה ומורכבת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מנקודת מבט שונה מזו של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ספל, תאנה ונוצה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טבלה המשווה בין רגשות הילד להבנת המבוגר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5-6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 מעצב את מי שאנחנו: הבית, הארץ או הבחירות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בשאלת כרטיס היציאה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מדגישה ששיתוף אישי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עולה מהדיון במליאה על דמות האב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המורה עוצרת לשאלות מידע כמו מי גר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סרוויס צ'כי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שלבי השיעור לזמן ולתיאור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(5 דקות - הצגת חפצים וכתיבת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(10 דקות - קריאת פתיחת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(10 דקות - מילוי טבלת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(8 דקות - שיחה על הסרוויס כסמל)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(7 דקות - כתיבת 5-6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שלושה חפצים וכתיבת מילה לכל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מודרכת בקול של 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 על טבלת רגשות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דיון במליאה על הסרוויס ועל דמות האב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שחוויות אישיות עלולות להיות רגישות, ושהכיתה צריכה להיות מרחב בטוח ולא כפייה לחשיפה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לסרוויס כסמל (זיכרון, מולדת, חלום) ותציג זווית רגשית שונה מצד האם, למשל פחדים, געגועים או תקוות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נימוק קצר, לא חייבת להיות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לסרוויס כסמל לזיכרון, מולדת או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שמבטאת מורכבות של הדמות, לא פשטנית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להזכיר לתלמידים שהשיתוף האישי בדיון הוא וולונטרי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את הקריאה לקטע אחד ולהציע 3 אפשרויות בלבד 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להכין מראש מילון מונחים קצר של מילות מפתח מהסיפור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זהות – בין מולדות ובין דורות (סרוויס צ'כי)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על סיפור בשם סרוויס צ'כי. מדברים על חפצים שמספרים על זהות, ועל דמות האב בסיפור. חושבים: מה הכי משפיע עלינו?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אנחנו, מה מיוחד ושייך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באותה תקופה, כמו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סרוויס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ערכת כלים יפה לשולחן, לרוב מתנה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בסיפור עם רגשות ותכונות מורכבות, לא חד-ממדית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מספר את הסיפור ואיך הוא רואה את האירועים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או דבר שמייצג רעיון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הארץ שממנה אדם בא או שבה גדל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שלושה חפצים מראה המורה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ספל, תאנה ונוצה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כוס, פרח ועט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צלחת, ספר ושעון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כדור, בובה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סרוויס צ'כי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הבית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 והבן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התלמידים ממלאים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טבלה המשווה בין רגשות הילד להבנת המבוגר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מונחים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הסרוויס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שורות צריך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5-6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10-12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2-3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המרכזית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מעצב את מי שאנחנו: הבית, הארץ או הבחירות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מכינים סרוויס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כתב את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'סרוויס צ'כי' עוסק, בין השאר, במתח בין חלומות למציאות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במליאה המורה דורשת מכל תלמיד לשתף חוויה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האב בסיפור מוצגת כדמות עגולה, כלומר מורכבת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בקריאה המודרכת המורה שואלת רק שאלות על רגשות ולא על מידע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המורה מציגה שלושה __________ כדי לעורר שאלות על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שנקרא בשיעור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בעבודה בזוגות התלמידים ממלאים טבלה המשווה בין מה שהילד __________ לבין מה שהמבוגר מבין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בכתיבה הקצרה מתבקשים התלמידים לדמיין את הסיפור מנקודת מבטה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שלבי השיעור לזמן ולתיאור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8 דקות - שיחה על הסרוויס כסמל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קריאה מודרכת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 דקות - מילוי טבלת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עבודה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7 דקות - כתיבת 5-6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דיון במליאה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 דקות - הצגת חפצים וכתיבת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כתיבה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דקות - קריאת פתיחת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מודרכת בקול של תחילת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במליאה על הסרוויס ועל דמות האב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שלושה חפצים וכתיבת מילה לכל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 על טבלת רגשות והבנה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המורה מדגישה ששיתוף אישי בדיון הוא רק למי שרוצה?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5-6 שורות: מה מייצג הסרוויס בעיניכם, ואיך היה משתנה הסיפור אילו סופר מנקודת מבטה של האם?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מעצב לדעתכם יותר את הזהות - הבית, הארץ או הבחירות שלנו? נמקו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הסרוויס עבור הדמויות בסיפור, לדעתכם?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הייתם מתארים את דמות האב במילה אחת,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זהות – בין מולדות ובין דורות (סרוויס צ'כי)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