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זהות – בין מולדות ובין דורות (סרוויס צ'כי)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חפץ יכול לסמל זהות ומתח בין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דמות האב כדמות עגולה ומורכבת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מנקודת מבט שונה מזו של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ספל, תאנה ונוצה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סרוויס צ'כי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בשאלת כרטיס היציאה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עולה מהדיון במליאה על דמות האב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סרוויס צ'כי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שלבי השיעור לזמן ולתיאור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(5 דקות - הצגת חפצים וכתיבת מילה)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(10 דקות - קריאת פתיחת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(10 דקות - מילוי טבלת רגשות)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(8 דקות - שיחה על הסרוויס כסמל)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עם שלושה חפצים וכתיבת מילה לכל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קריאה מודרכת בקול של תחילת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עבודה בזוגות על טבלת רגשות והבנה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תתייחס לסרוויס כסמל (זיכרון, מולדת, חלום) ותציג זווית רגשית שונה מצד האם, למשל פחדים, געגועים או תקוות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עם נימוק קצר, לא חייבת להיות 'נכונה'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לסרוויס כסמל לזיכרון, מולדת או חלום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שמבטאת מורכבות של הדמות, לא פשטנית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השיעור להזכיר לתלמידים שהשיתוף האישי בדיון הוא וולונטרי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לקצר את הקריאה לקטע אחד ולהציע 3 אפשרויות בלבד בשאלות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כדאי להכין מראש מילון מונחים קצר של מילות מפתח מהסיפור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זהות – בין מולדות ובין דורות (סרוויס צ'כי)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זה קוראים בקטע הפתיחה של הסיפור 'סרוויס צ'כי', בודקים מה חפצים יכולים לספר על זהות, ודנים בשאלה הגדולה: מה מעצב אותנו - הבית, הארץ או הבחירות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סרוויס צ'כי  ·  חפצים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אילו שלושה חפצים מציגה המורה בפתיחת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ספל, תאנה ונוצה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כוס, פרח ועט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צלחת, ספר ושעון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שם הסיפור שנקרא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סרוויס צ'כי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הבית הישן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מתנה מרוסיה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הסיפור 'סרוויס צ'כי' עוסק, בין השאר, במתח בין חלומות למציאות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דמות האב בסיפור מוצגת כדמות עגולה, כלומר מורכבת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בפתיחת השיעור המורה מציגה שלושה __________ כדי לעורר שאלות על זהות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הסיפור שנקרא בשיעור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שלבי השיעור לזמן ולתיאור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10 דקות - מילוי טבלת רגשות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קריאה מודרכת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8 דקות - שיחה על הסרוויס כסמל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עבודה בזוגות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10 דקות - קריאת פתיחת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דיון במליאה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5 דקות - הצגת חפצים וכתיבת מילה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שלבי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עבודה בזוגות על טבלת רגשות והבנה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עם שלושה חפצים וכתיבת מילה לכל חפץ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קריאה מודרכת בקול של תחילת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5-6 שורות: מה מייצג הסרוויס בעיניכם, ואיך היה משתנה הסיפור אילו סופר מנקודת מבטה של האם?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מעצב לדעתכם יותר את הזהות - הבית, הארץ או הבחירות שלנו? נמקו במשפט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מסמל הסרוויס עבור הדמויות בסיפור, לדעתכם?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זהות – בין מולדות ובין דורות (סרוויס צ'כי)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